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" w:hAnsi="Aptos" w:eastAsia="Aptos"/>
          <w:b/>
          <w:i w:val="0"/>
          <w:color w:val="072A5E"/>
          <w:sz w:val="25"/>
        </w:rPr>
        <w:t>MODELO DE CARTA DE SOLICITUD — EXPERTO(A) VOLUNTARIO(A)</w:t>
      </w:r>
    </w:p>
    <w:p>
      <w:pPr>
        <w:spacing w:after="140"/>
        <w:pBdr>
          <w:bottom w:val="single" w:sz="12" w:space="1" w:color="F5C400"/>
        </w:pBdr>
      </w:pPr>
    </w:p>
    <w:p>
      <w:pPr>
        <w:spacing w:before="0" w:after="140" w:line="252" w:lineRule="auto"/>
        <w:jc w:val="right"/>
      </w:pPr>
      <w:r>
        <w:rPr>
          <w:rFonts w:ascii="Aptos" w:hAnsi="Aptos" w:eastAsia="Aptos"/>
          <w:b w:val="0"/>
          <w:i w:val="0"/>
          <w:sz w:val="21"/>
        </w:rPr>
        <w:t>[Ciudad], [día] de [mes] de [año]</w:t>
      </w:r>
    </w:p>
    <w:p>
      <w:pPr>
        <w:spacing w:before="0" w:after="20" w:line="252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Señores</w:t>
      </w:r>
    </w:p>
    <w:p>
      <w:pPr>
        <w:spacing w:before="0" w:after="20" w:line="252" w:lineRule="auto"/>
        <w:jc w:val="left"/>
      </w:pPr>
      <w:r>
        <w:rPr>
          <w:rFonts w:ascii="Aptos" w:hAnsi="Aptos" w:eastAsia="Aptos"/>
          <w:b/>
          <w:i w:val="0"/>
          <w:color w:val="072A5E"/>
          <w:sz w:val="21"/>
        </w:rPr>
        <w:t>CONSORCIO DIGITAL ECUATORIANO — FUNDACIÓN MULIER</w:t>
      </w:r>
    </w:p>
    <w:p>
      <w:pPr>
        <w:spacing w:before="0" w:after="100" w:line="252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Presente.-</w:t>
      </w:r>
    </w:p>
    <w:p>
      <w:pPr>
        <w:spacing w:before="0" w:after="140" w:line="252" w:lineRule="auto"/>
        <w:jc w:val="left"/>
      </w:pPr>
      <w:r>
        <w:rPr>
          <w:rFonts w:ascii="Aptos" w:hAnsi="Aptos" w:eastAsia="Aptos"/>
          <w:b/>
          <w:i w:val="0"/>
          <w:sz w:val="21"/>
        </w:rPr>
        <w:t xml:space="preserve">Asunto: </w:t>
      </w:r>
      <w:r>
        <w:rPr>
          <w:rFonts w:ascii="Aptos" w:hAnsi="Aptos" w:eastAsia="Aptos"/>
          <w:b w:val="0"/>
          <w:i w:val="0"/>
          <w:sz w:val="21"/>
        </w:rPr>
        <w:t>Manifestación de interés para aportar como experto(a) voluntario(a)</w:t>
      </w:r>
    </w:p>
    <w:p>
      <w:pPr>
        <w:spacing w:before="0" w:after="100" w:line="252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De mi consideración: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 xml:space="preserve">Yo, </w:t>
      </w:r>
      <w:r>
        <w:rPr>
          <w:rFonts w:ascii="Aptos" w:hAnsi="Aptos" w:eastAsia="Aptos"/>
          <w:b/>
          <w:i w:val="0"/>
          <w:sz w:val="21"/>
        </w:rPr>
        <w:t>[Nombre completo]</w:t>
      </w:r>
      <w:r>
        <w:rPr>
          <w:rFonts w:ascii="Aptos" w:hAnsi="Aptos" w:eastAsia="Aptos"/>
          <w:b w:val="0"/>
          <w:i w:val="0"/>
          <w:sz w:val="21"/>
        </w:rPr>
        <w:t>, profesional en [profesión o disciplina], con experiencia en [especialidad, años o áreas relevantes], manifiesto formalmente mi voluntad de participar como experto(a) voluntario(a) en el proceso de conformación del Consorcio Digital Ecuatoriano (CDE). Mi contribución se orientaría a [líneas técnicas, jurídicas, económicas, territoriales, académicas o metodológicas], con una disponibilidad referencial de [horas por semana o modalidad].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La solicitud se sustenta en el interés de aportar análisis especializado, revisión documental, diseño metodológico, desarrollo tecnológico, investigación aplicada, formación o acompañamiento técnico a una iniciativa nacional que articula capacidades diversas. El aporte se realizará dentro de alcances previamente acordados, respetando estándares profesionales, propiedad intelectual, confidencialidad, trazabilidad de contribuciones y validación colegiada de resultados.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Declaro conocer y aceptar que el Consorcio Digital Ecuatoriano se encuentra en fase de conformación y que la participación es voluntaria y ad honorem. Comprendo que esta carta y la inscripción no generan relación laboral, honorarios, pago, reembolso garantizado, promesa de contratación, exclusividad profesional, representación institucional ni la calidad automática de miembro formal, socio, funcionario, asesor oficial, vocero o representante del CDE, Fundación Mulier, Ecuador Blockchain o EcuaChain.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Asimismo, declaro que la información sobre mi formación y experiencia es veraz; que informaré cualquier conflicto de interés; y que no atribuiré al Consorcio opiniones, productos o compromisos sin autorización. Me comprometo a actuar con rigor técnico, independencia de criterio, respeto interdisciplinario, protección de la información y observancia de las bases de la convocatoria, los términos de participación y las políticas institucionales aplicables.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Por lo expuesto, solicito que mi perfil sea evaluado para integrar mesas, comisiones o equipos de trabajo compatibles con mi especialidad, disponibilidad y las necesidades verificadas del proceso.</w:t>
      </w:r>
    </w:p>
    <w:p>
      <w:pPr>
        <w:spacing w:before="0" w:after="100" w:line="252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Atentamente,</w:t>
      </w:r>
    </w:p>
    <w:p>
      <w:pPr>
        <w:spacing w:before="220" w:after="40"/>
        <w:jc w:val="left"/>
      </w:pPr>
      <w:r>
        <w:rPr>
          <w:rFonts w:ascii="Aptos" w:hAnsi="Aptos" w:eastAsia="Aptos"/>
          <w:b w:val="0"/>
          <w:i w:val="0"/>
          <w:sz w:val="21"/>
        </w:rPr>
        <w:t>________________________________________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08"/>
        <w:gridCol w:w="6350"/>
      </w:tblGrid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Nombre completo: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[Nombre completo]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Cédula/Pasaporte: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[Número de identificación]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Profesión/Especialidad: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[Profesión y especialidad]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Correo electrónico: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[Correo electrónico]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Teléfono/WhatsApp: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[Número de contacto]</w:t>
            </w:r>
          </w:p>
        </w:tc>
      </w:tr>
    </w:tbl>
    <w:sectPr w:rsidR="00FC693F" w:rsidRPr="0006063C" w:rsidSect="00034616">
      <w:footerReference w:type="default" r:id="rId9"/>
      <w:headerReference w:type="default" r:id="rId10"/>
      <w:pgSz w:w="11906" w:h="16838"/>
      <w:pgMar w:top="1020" w:right="1276" w:bottom="96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 w:eastAsia="Aptos"/>
        <w:b w:val="0"/>
        <w:i w:val="0"/>
        <w:color w:val="555555"/>
        <w:sz w:val="16"/>
      </w:rPr>
      <w:t>Consorcio Digital Ecuatoriano | Modelo editable de carta de solicitud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