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" w:hAnsi="Aptos" w:eastAsia="Aptos"/>
          <w:b/>
          <w:i w:val="0"/>
          <w:color w:val="072A5E"/>
          <w:sz w:val="25"/>
        </w:rPr>
        <w:t>MODELO DE CARTA DE SOLICITUD — ORGANIZACIÓN O COLECTIVO</w:t>
      </w:r>
    </w:p>
    <w:p>
      <w:pPr>
        <w:spacing w:after="140"/>
        <w:pBdr>
          <w:bottom w:val="single" w:sz="12" w:space="1" w:color="F5C400"/>
        </w:pBdr>
      </w:pPr>
    </w:p>
    <w:p>
      <w:pPr>
        <w:spacing w:before="0" w:after="140" w:line="252" w:lineRule="auto"/>
        <w:jc w:val="right"/>
      </w:pPr>
      <w:r>
        <w:rPr>
          <w:rFonts w:ascii="Aptos" w:hAnsi="Aptos" w:eastAsia="Aptos"/>
          <w:b w:val="0"/>
          <w:i w:val="0"/>
          <w:sz w:val="21"/>
        </w:rPr>
        <w:t>[Ciudad], [día] de [mes] de [año]</w:t>
      </w:r>
    </w:p>
    <w:p>
      <w:pPr>
        <w:spacing w:before="0" w:after="20" w:line="252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Señores</w:t>
      </w:r>
    </w:p>
    <w:p>
      <w:pPr>
        <w:spacing w:before="0" w:after="20" w:line="252" w:lineRule="auto"/>
        <w:jc w:val="left"/>
      </w:pPr>
      <w:r>
        <w:rPr>
          <w:rFonts w:ascii="Aptos" w:hAnsi="Aptos" w:eastAsia="Aptos"/>
          <w:b/>
          <w:i w:val="0"/>
          <w:color w:val="072A5E"/>
          <w:sz w:val="21"/>
        </w:rPr>
        <w:t>CONSORCIO DIGITAL ECUATORIANO — FUNDACIÓN MULIER</w:t>
      </w:r>
    </w:p>
    <w:p>
      <w:pPr>
        <w:spacing w:before="0" w:after="100" w:line="252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Presente.-</w:t>
      </w:r>
    </w:p>
    <w:p>
      <w:pPr>
        <w:spacing w:before="0" w:after="140" w:line="252" w:lineRule="auto"/>
        <w:jc w:val="left"/>
      </w:pPr>
      <w:r>
        <w:rPr>
          <w:rFonts w:ascii="Aptos" w:hAnsi="Aptos" w:eastAsia="Aptos"/>
          <w:b/>
          <w:i w:val="0"/>
          <w:sz w:val="21"/>
        </w:rPr>
        <w:t xml:space="preserve">Asunto: </w:t>
      </w:r>
      <w:r>
        <w:rPr>
          <w:rFonts w:ascii="Aptos" w:hAnsi="Aptos" w:eastAsia="Aptos"/>
          <w:b w:val="0"/>
          <w:i w:val="0"/>
          <w:sz w:val="21"/>
        </w:rPr>
        <w:t>Manifestación institucional de interés para participar</w:t>
      </w:r>
    </w:p>
    <w:p>
      <w:pPr>
        <w:spacing w:before="0" w:after="100" w:line="252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De mi consideración: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 xml:space="preserve">Quien suscribe, </w:t>
      </w:r>
      <w:r>
        <w:rPr>
          <w:rFonts w:ascii="Aptos" w:hAnsi="Aptos" w:eastAsia="Aptos"/>
          <w:b/>
          <w:i w:val="0"/>
          <w:sz w:val="21"/>
        </w:rPr>
        <w:t>[Nombre del/de la representante o delegado(a)]</w:t>
      </w:r>
      <w:r>
        <w:rPr>
          <w:rFonts w:ascii="Aptos" w:hAnsi="Aptos" w:eastAsia="Aptos"/>
          <w:b w:val="0"/>
          <w:i w:val="0"/>
          <w:sz w:val="21"/>
        </w:rPr>
        <w:t xml:space="preserve">, en calidad de [cargo o calidad de representación] de </w:t>
      </w:r>
      <w:r>
        <w:rPr>
          <w:rFonts w:ascii="Aptos" w:hAnsi="Aptos" w:eastAsia="Aptos"/>
          <w:b/>
          <w:i w:val="0"/>
          <w:sz w:val="21"/>
        </w:rPr>
        <w:t>[Nombre oficial de la organización o colectivo]</w:t>
      </w:r>
      <w:r>
        <w:rPr>
          <w:rFonts w:ascii="Aptos" w:hAnsi="Aptos" w:eastAsia="Aptos"/>
          <w:b w:val="0"/>
          <w:i w:val="0"/>
          <w:sz w:val="21"/>
        </w:rPr>
        <w:t>, con RUC/registro No. [Número] y domicilio en [Cantón, provincia], expresa formalmente el interés institucional de participar en el proceso de conformación del Consorcio Digital Ecuatoriano (CDE). La organización desarrolla su trabajo en [ámbitos de acción] y propone colaborar especialmente en [áreas de colaboración, población o territorio].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La presente manifestación responde a la voluntad de aportar experiencia organizativa, conocimiento territorial, capacidades técnicas y vínculos comunitarios a una plataforma nacional de articulación orientada a la gobernanza, la inclusión y la transformación digital. La organización podrá designar puntos de contacto, participar en espacios de coordinación y contribuir con información, propuestas o capacidades, de acuerdo con sus competencias internas y decisiones válidamente adoptadas.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La organización declara conocer y aceptar que el Consorcio Digital Ecuatoriano se encuentra en fase de conformación y que la participación inicial es voluntaria y ad honorem. Esta carta y el formulario de inscripción no crean relación laboral, contractual o societaria; no generan pago, reembolso garantizado ni promesa de contratación; y no convierten automáticamente a la organización, a su representante o a sus delegados en miembros formales, socios, funcionarios, mandatarios, voceros o representantes del CDE, Fundación Mulier, Ecuador Blockchain o EcuaChain.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Asimismo, la organización se compromete a proporcionar información veraz, respetar la autonomía de los demás participantes, prevenir conflictos de interés y observar las bases de la convocatoria, los términos de participación, la política de privacidad y las salvaguardias éticas aplicables. Cualquier compromiso posterior, uso de nombre o logotipo, representación externa, ejecución de recursos o suscripción de instrumentos requerirá autorización expresa y el procedimiento correspondiente.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Por lo expuesto, se solicita considerar esta manifestación institucional e incorporar a la organización dentro del proceso de análisis, diálogo y articulación nacional.</w:t>
      </w:r>
    </w:p>
    <w:p>
      <w:pPr>
        <w:spacing w:before="0" w:after="100" w:line="252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Atentamente,</w:t>
      </w:r>
    </w:p>
    <w:p>
      <w:pPr>
        <w:spacing w:before="220" w:after="40"/>
        <w:jc w:val="left"/>
      </w:pPr>
      <w:r>
        <w:rPr>
          <w:rFonts w:ascii="Aptos" w:hAnsi="Aptos" w:eastAsia="Aptos"/>
          <w:b w:val="0"/>
          <w:i w:val="0"/>
          <w:sz w:val="21"/>
        </w:rPr>
        <w:t>________________________________________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08"/>
        <w:gridCol w:w="6350"/>
      </w:tblGrid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Representante/Delegado(a):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[Nombre completo]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Cargo o calidad: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[Cargo o calidad de representación]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Organización/Colectivo: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[Nombre oficial]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RUC/Registro: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[Número de RUC o registro, si aplica]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Correo y teléfono: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[Correo institucional] — [Número de contacto]</w:t>
            </w:r>
          </w:p>
        </w:tc>
      </w:tr>
    </w:tbl>
    <w:sectPr w:rsidR="00FC693F" w:rsidRPr="0006063C" w:rsidSect="00034616">
      <w:footerReference w:type="default" r:id="rId9"/>
      <w:headerReference w:type="default" r:id="rId10"/>
      <w:pgSz w:w="11906" w:h="16838"/>
      <w:pgMar w:top="1020" w:right="1276" w:bottom="96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 w:eastAsia="Aptos"/>
        <w:b w:val="0"/>
        <w:i w:val="0"/>
        <w:color w:val="555555"/>
        <w:sz w:val="16"/>
      </w:rPr>
      <w:t>Consorcio Digital Ecuatoriano | Modelo editable de carta de solicitud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