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ptos" w:hAnsi="Aptos" w:eastAsia="Aptos"/>
          <w:b/>
          <w:i w:val="0"/>
          <w:color w:val="072A5E"/>
          <w:sz w:val="25"/>
        </w:rPr>
        <w:t>MODELO DE CARTA DE SOLICITUD — PERSONA VOLUNTARIA</w:t>
      </w:r>
    </w:p>
    <w:p>
      <w:pPr>
        <w:spacing w:after="140"/>
        <w:pBdr>
          <w:bottom w:val="single" w:sz="12" w:space="1" w:color="F5C400"/>
        </w:pBdr>
      </w:pPr>
    </w:p>
    <w:p>
      <w:pPr>
        <w:spacing w:before="0" w:after="140" w:line="252" w:lineRule="auto"/>
        <w:jc w:val="right"/>
      </w:pPr>
      <w:r>
        <w:rPr>
          <w:rFonts w:ascii="Aptos" w:hAnsi="Aptos" w:eastAsia="Aptos"/>
          <w:b w:val="0"/>
          <w:i w:val="0"/>
          <w:sz w:val="21"/>
        </w:rPr>
        <w:t>[Ciudad], [día] de [mes] de [año]</w:t>
      </w:r>
    </w:p>
    <w:p>
      <w:pPr>
        <w:spacing w:before="0" w:after="2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Señores</w:t>
      </w:r>
    </w:p>
    <w:p>
      <w:pPr>
        <w:spacing w:before="0" w:after="20" w:line="252" w:lineRule="auto"/>
        <w:jc w:val="left"/>
      </w:pPr>
      <w:r>
        <w:rPr>
          <w:rFonts w:ascii="Aptos" w:hAnsi="Aptos" w:eastAsia="Aptos"/>
          <w:b/>
          <w:i w:val="0"/>
          <w:color w:val="072A5E"/>
          <w:sz w:val="21"/>
        </w:rPr>
        <w:t>CONSORCIO DIGITAL ECUATORIANO — FUNDACIÓN MULIER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Presente.-</w:t>
      </w:r>
    </w:p>
    <w:p>
      <w:pPr>
        <w:spacing w:before="0" w:after="140" w:line="252" w:lineRule="auto"/>
        <w:jc w:val="left"/>
      </w:pPr>
      <w:r>
        <w:rPr>
          <w:rFonts w:ascii="Aptos" w:hAnsi="Aptos" w:eastAsia="Aptos"/>
          <w:b/>
          <w:i w:val="0"/>
          <w:sz w:val="21"/>
        </w:rPr>
        <w:t xml:space="preserve">Asunto: </w:t>
      </w:r>
      <w:r>
        <w:rPr>
          <w:rFonts w:ascii="Aptos" w:hAnsi="Aptos" w:eastAsia="Aptos"/>
          <w:b w:val="0"/>
          <w:i w:val="0"/>
          <w:sz w:val="21"/>
        </w:rPr>
        <w:t>Manifestación de interés para participar como persona voluntaria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De mi consideración: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 xml:space="preserve">Yo, </w:t>
      </w:r>
      <w:r>
        <w:rPr>
          <w:rFonts w:ascii="Aptos" w:hAnsi="Aptos" w:eastAsia="Aptos"/>
          <w:b/>
          <w:i w:val="0"/>
          <w:sz w:val="21"/>
        </w:rPr>
        <w:t>[Nombre completo]</w:t>
      </w:r>
      <w:r>
        <w:rPr>
          <w:rFonts w:ascii="Aptos" w:hAnsi="Aptos" w:eastAsia="Aptos"/>
          <w:b w:val="0"/>
          <w:i w:val="0"/>
          <w:sz w:val="21"/>
        </w:rPr>
        <w:t>, portador(a) de la cédula o pasaporte No. [Número de identificación], domiciliado(a) en [Cantón, provincia], por medio de la presente manifiesto formalmente mi voluntad de participar como persona voluntaria en el proceso de conformación del Consorcio Digital Ecuatoriano (CDE). Mi interés se orienta principalmente a las áreas de [áreas de interés o colaboración], en las que considero posible aportar conocimientos, experiencia, tiempo y capacidad de articulación desde [profesión, ocupación, organización o territorio].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La solicitud se presenta con la intención real de contribuir a una iniciativa nacional que articula sociedad civil, academia, comunidades, profesionales y otros actores interesados en la gobernanza, la innovación y la infraestructura digital del Ecuador. En tal sentido, declaro mi disposición para participar en reuniones, actividades de coordinación, procesos formativos, mesas técnicas o acciones territoriales compatibles con mi perfil, disponibilidad y condiciones de seguridad.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Declaro conocer y aceptar que el Consorcio Digital Ecuatoriano se encuentra en fase de conformación y que esta participación es voluntaria y ad honorem. Comprendo que la inscripción y la presente carta no generan relación laboral, remuneración, reembolso garantizado, promesa de contratación, representación institucional ni la calidad automática de miembro formal, socio, funcionario o vocero del CDE, Fundación Mulier, Ecuador Blockchain o EcuaChain.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Asimismo, manifiesto mi compromiso de actuar con respeto, buena fe, responsabilidad, confidencialidad y apego a las bases de la convocatoria, a los términos de participación, a las políticas de protección de datos y a las reglas éticas y de convivencia que sean comunicadas. Autorizo que la información presentada sea utilizada para evaluar mi perfil, organizar la participación y establecer contacto institucional dentro de las finalidades informadas.</w:t>
      </w:r>
    </w:p>
    <w:p>
      <w:pPr>
        <w:spacing w:before="0" w:after="100" w:line="252" w:lineRule="auto"/>
        <w:jc w:val="both"/>
      </w:pPr>
      <w:r>
        <w:rPr>
          <w:rFonts w:ascii="Aptos" w:hAnsi="Aptos" w:eastAsia="Aptos"/>
          <w:b w:val="0"/>
          <w:i w:val="0"/>
          <w:sz w:val="21"/>
        </w:rPr>
        <w:t>Por lo expuesto, solicito que mi postulación sea considerada dentro del proceso nacional de conformación y quedo disponible para ampliar cualquier información necesaria.</w:t>
      </w:r>
    </w:p>
    <w:p>
      <w:pPr>
        <w:spacing w:before="0" w:after="100" w:line="252" w:lineRule="auto"/>
        <w:jc w:val="left"/>
      </w:pPr>
      <w:r>
        <w:rPr>
          <w:rFonts w:ascii="Aptos" w:hAnsi="Aptos" w:eastAsia="Aptos"/>
          <w:b w:val="0"/>
          <w:i w:val="0"/>
          <w:sz w:val="21"/>
        </w:rPr>
        <w:t>Atentamente,</w:t>
      </w:r>
    </w:p>
    <w:p>
      <w:pPr>
        <w:spacing w:before="220" w:after="40"/>
        <w:jc w:val="left"/>
      </w:pPr>
      <w:r>
        <w:rPr>
          <w:rFonts w:ascii="Aptos" w:hAnsi="Aptos" w:eastAsia="Aptos"/>
          <w:b w:val="0"/>
          <w:i w:val="0"/>
          <w:sz w:val="21"/>
        </w:rPr>
        <w:t>________________________________________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608"/>
        <w:gridCol w:w="6350"/>
      </w:tblGrid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Nombre completo: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[Nombre completo]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Cédula/Pasaporte: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[Número de identificación]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Provincia y cantón: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[Provincia] — [Cantón]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Correo electrónico: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[Correo electrónico]</w:t>
            </w:r>
          </w:p>
        </w:tc>
      </w:tr>
      <w:tr>
        <w:tc>
          <w:tcPr>
            <w:tcW w:type="dxa" w:w="4677"/>
            <w:tcMar>
              <w:top w:w="20" w:type="dxa"/>
              <w:start w:w="0" w:type="dxa"/>
              <w:bottom w:w="20" w:type="dxa"/>
              <w:end w:w="8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/>
                <w:i w:val="0"/>
                <w:sz w:val="20"/>
              </w:rPr>
              <w:t>Teléfono/WhatsApp:</w:t>
            </w:r>
          </w:p>
        </w:tc>
        <w:tc>
          <w:tcPr>
            <w:tcW w:type="dxa" w:w="4677"/>
            <w:tcMar>
              <w:top w:w="20" w:type="dxa"/>
              <w:start w:w="0" w:type="dxa"/>
              <w:bottom w:w="20" w:type="dxa"/>
              <w:end w:w="0" w:type="dxa"/>
            </w:tcMar>
            <w:vAlign w:val="center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Aptos" w:hAnsi="Aptos" w:eastAsia="Aptos"/>
                <w:b w:val="0"/>
                <w:i w:val="0"/>
                <w:sz w:val="20"/>
              </w:rPr>
              <w:t>[Número de contacto]</w:t>
            </w:r>
          </w:p>
        </w:tc>
      </w:tr>
    </w:tbl>
    <w:sectPr w:rsidR="00FC693F" w:rsidRPr="0006063C" w:rsidSect="00034616">
      <w:footerReference w:type="default" r:id="rId9"/>
      <w:headerReference w:type="default" r:id="rId10"/>
      <w:pgSz w:w="11906" w:h="16838"/>
      <w:pgMar w:top="1020" w:right="1276" w:bottom="964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 w:eastAsia="Aptos"/>
        <w:b w:val="0"/>
        <w:i w:val="0"/>
        <w:color w:val="555555"/>
        <w:sz w:val="16"/>
      </w:rPr>
      <w:t>Consorcio Digital Ecuatoriano | Modelo editable de carta de solicitud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Carta de Solicitud — Persona Voluntaria | Fundación Mulier</dc:title>
  <dc:subject>Consorcio Digital Ecuatoriano — Fundación Mulier</dc:subject>
  <dc:creator>python-docx</dc:creator>
  <cp:keywords>Consorcio Digital Ecuatoriano, Fundación Mulier, persona voluntaria, carta de solicitud</cp:keywords>
  <dc:description>Documento institucional actualizado para Fundación Mulier.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